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6552" w14:textId="536AC0C9" w:rsidR="00E44869" w:rsidRDefault="001B5591">
      <w:pPr>
        <w:pStyle w:val="Nadpis1"/>
      </w:pPr>
      <w:r>
        <w:t>Formulář pro vrácení nebo výměn</w:t>
      </w:r>
      <w:r w:rsidR="00D90E25">
        <w:t>u</w:t>
      </w:r>
      <w:r>
        <w:t xml:space="preserve"> zboží / odstoupení od smlouvy</w:t>
      </w:r>
    </w:p>
    <w:p w14:paraId="3BCBAB91" w14:textId="77777777" w:rsidR="00E44869" w:rsidRDefault="00000000">
      <w:r>
        <w:t>Tento formulář slouží pro vrácení zboží do 14 dnů, tedy pro odstoupení od kupní smlouvy, nebo pro žádost o výměnu zboží za jinou velikost či jiný kus. Použití formuláře není podmínkou platnosti odstoupení od smlouvy, pokud kupující oznámí odstoupení jiným jednoznačným prohlášením.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147"/>
        <w:gridCol w:w="5155"/>
      </w:tblGrid>
      <w:tr w:rsidR="00E44869" w14:paraId="7C9D7BA0" w14:textId="77777777" w:rsidTr="0091493F">
        <w:trPr>
          <w:trHeight w:val="546"/>
          <w:jc w:val="center"/>
        </w:trPr>
        <w:tc>
          <w:tcPr>
            <w:tcW w:w="5178" w:type="dxa"/>
            <w:shd w:val="clear" w:color="auto" w:fill="FBEAEA"/>
            <w:vAlign w:val="center"/>
          </w:tcPr>
          <w:p w14:paraId="0F81BD09" w14:textId="77777777" w:rsidR="00E44869" w:rsidRDefault="00000000">
            <w:r>
              <w:rPr>
                <w:b/>
                <w:sz w:val="18"/>
              </w:rPr>
              <w:t>Adresát</w:t>
            </w:r>
          </w:p>
        </w:tc>
        <w:tc>
          <w:tcPr>
            <w:tcW w:w="5178" w:type="dxa"/>
            <w:vAlign w:val="center"/>
          </w:tcPr>
          <w:p w14:paraId="7F3DB032" w14:textId="77777777" w:rsidR="00E44869" w:rsidRDefault="00000000">
            <w:r>
              <w:rPr>
                <w:sz w:val="18"/>
              </w:rPr>
              <w:t>VENIKA fashion, Mgr. Veronika Sedláková, Hostěnice 244, 664 04 Hostěnice</w:t>
            </w:r>
          </w:p>
        </w:tc>
      </w:tr>
      <w:tr w:rsidR="00E44869" w14:paraId="6ABA2732" w14:textId="77777777" w:rsidTr="0091493F">
        <w:trPr>
          <w:trHeight w:val="283"/>
          <w:jc w:val="center"/>
        </w:trPr>
        <w:tc>
          <w:tcPr>
            <w:tcW w:w="5178" w:type="dxa"/>
            <w:shd w:val="clear" w:color="auto" w:fill="FBEAEA"/>
            <w:vAlign w:val="center"/>
          </w:tcPr>
          <w:p w14:paraId="409CA6EE" w14:textId="77777777" w:rsidR="00E44869" w:rsidRDefault="00000000">
            <w:r>
              <w:rPr>
                <w:b/>
                <w:sz w:val="18"/>
              </w:rPr>
              <w:t>E-mail pro zaslání formuláře</w:t>
            </w:r>
          </w:p>
        </w:tc>
        <w:tc>
          <w:tcPr>
            <w:tcW w:w="5178" w:type="dxa"/>
            <w:vAlign w:val="center"/>
          </w:tcPr>
          <w:p w14:paraId="54BCD166" w14:textId="77777777" w:rsidR="00E44869" w:rsidRDefault="00000000">
            <w:r>
              <w:rPr>
                <w:sz w:val="18"/>
              </w:rPr>
              <w:t>info@venikafashion.cz</w:t>
            </w:r>
          </w:p>
        </w:tc>
      </w:tr>
      <w:tr w:rsidR="00E44869" w14:paraId="1FAEE223" w14:textId="77777777" w:rsidTr="0091493F">
        <w:trPr>
          <w:trHeight w:val="263"/>
          <w:jc w:val="center"/>
        </w:trPr>
        <w:tc>
          <w:tcPr>
            <w:tcW w:w="5178" w:type="dxa"/>
            <w:shd w:val="clear" w:color="auto" w:fill="FBEAEA"/>
            <w:vAlign w:val="center"/>
          </w:tcPr>
          <w:p w14:paraId="027E8DA6" w14:textId="77777777" w:rsidR="00E44869" w:rsidRDefault="00000000">
            <w:r>
              <w:rPr>
                <w:b/>
                <w:sz w:val="18"/>
              </w:rPr>
              <w:t>Adresa pro zaslání zboží</w:t>
            </w:r>
          </w:p>
        </w:tc>
        <w:tc>
          <w:tcPr>
            <w:tcW w:w="5178" w:type="dxa"/>
            <w:vAlign w:val="center"/>
          </w:tcPr>
          <w:p w14:paraId="4C0CBCAC" w14:textId="77777777" w:rsidR="00E44869" w:rsidRDefault="00000000">
            <w:r>
              <w:rPr>
                <w:sz w:val="18"/>
              </w:rPr>
              <w:t>VENIKA fashion, Hostěnice 244, 664 04 Hostěnice</w:t>
            </w:r>
          </w:p>
        </w:tc>
      </w:tr>
    </w:tbl>
    <w:p w14:paraId="1326266B" w14:textId="77777777" w:rsidR="00E44869" w:rsidRDefault="00E44869"/>
    <w:p w14:paraId="399C9836" w14:textId="77777777" w:rsidR="00E44869" w:rsidRDefault="00000000">
      <w:pPr>
        <w:pStyle w:val="Nadpis2"/>
      </w:pPr>
      <w:r>
        <w:t>1. Typ požadavku</w:t>
      </w:r>
    </w:p>
    <w:p w14:paraId="47881214" w14:textId="77777777" w:rsidR="00E44869" w:rsidRDefault="00000000">
      <w:r>
        <w:t>☐ Odstupuji od kupní smlouvy do 14 dnů a vracím zboží.</w:t>
      </w:r>
    </w:p>
    <w:p w14:paraId="4A2A6786" w14:textId="77777777" w:rsidR="00E44869" w:rsidRDefault="00000000">
      <w:r>
        <w:t>☐ Žádám o výměnu zboží za jinou velikost nebo jiný kus.</w:t>
      </w:r>
    </w:p>
    <w:p w14:paraId="57D26CD9" w14:textId="77777777" w:rsidR="00E44869" w:rsidRDefault="00000000">
      <w:pPr>
        <w:pStyle w:val="Nadpis2"/>
      </w:pPr>
      <w:r>
        <w:t>2. Údaje kupujícího</w:t>
      </w:r>
    </w:p>
    <w:tbl>
      <w:tblPr>
        <w:tblStyle w:val="Mkatabulky"/>
        <w:tblW w:w="10557" w:type="dxa"/>
        <w:jc w:val="center"/>
        <w:tblLook w:val="04A0" w:firstRow="1" w:lastRow="0" w:firstColumn="1" w:lastColumn="0" w:noHBand="0" w:noVBand="1"/>
      </w:tblPr>
      <w:tblGrid>
        <w:gridCol w:w="5124"/>
        <w:gridCol w:w="5433"/>
      </w:tblGrid>
      <w:tr w:rsidR="00E44869" w14:paraId="3AC0B783" w14:textId="77777777" w:rsidTr="0091493F">
        <w:trPr>
          <w:trHeight w:val="366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3EA6B39F" w14:textId="77777777" w:rsidR="00E44869" w:rsidRDefault="00000000">
            <w:r>
              <w:rPr>
                <w:b/>
                <w:sz w:val="18"/>
              </w:rPr>
              <w:t>Jméno a příjmení</w:t>
            </w:r>
          </w:p>
        </w:tc>
        <w:tc>
          <w:tcPr>
            <w:tcW w:w="5433" w:type="dxa"/>
            <w:vAlign w:val="center"/>
          </w:tcPr>
          <w:p w14:paraId="1C45BF18" w14:textId="42E1726A" w:rsidR="00E44869" w:rsidRDefault="00E44869"/>
        </w:tc>
      </w:tr>
      <w:tr w:rsidR="00E44869" w14:paraId="311C7E16" w14:textId="77777777" w:rsidTr="0091493F">
        <w:trPr>
          <w:trHeight w:val="394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0E4CF47C" w14:textId="77777777" w:rsidR="00E44869" w:rsidRDefault="00000000">
            <w:r>
              <w:rPr>
                <w:b/>
                <w:sz w:val="18"/>
              </w:rPr>
              <w:t>E-mail</w:t>
            </w:r>
          </w:p>
        </w:tc>
        <w:tc>
          <w:tcPr>
            <w:tcW w:w="5433" w:type="dxa"/>
            <w:vAlign w:val="center"/>
          </w:tcPr>
          <w:p w14:paraId="394BEEFF" w14:textId="6A637976" w:rsidR="00E44869" w:rsidRDefault="00E44869"/>
        </w:tc>
      </w:tr>
      <w:tr w:rsidR="00E44869" w14:paraId="31F61546" w14:textId="77777777" w:rsidTr="0091493F">
        <w:trPr>
          <w:trHeight w:val="366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2D1DD67A" w14:textId="77777777" w:rsidR="00E44869" w:rsidRDefault="00000000">
            <w:r>
              <w:rPr>
                <w:b/>
                <w:sz w:val="18"/>
              </w:rPr>
              <w:t>Telefon</w:t>
            </w:r>
          </w:p>
        </w:tc>
        <w:tc>
          <w:tcPr>
            <w:tcW w:w="5433" w:type="dxa"/>
            <w:vAlign w:val="center"/>
          </w:tcPr>
          <w:p w14:paraId="6CB9E0E8" w14:textId="634FD3E5" w:rsidR="00E44869" w:rsidRDefault="00E44869"/>
        </w:tc>
      </w:tr>
      <w:tr w:rsidR="00E44869" w14:paraId="612D38DC" w14:textId="77777777" w:rsidTr="0091493F">
        <w:trPr>
          <w:trHeight w:val="394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489AF4F9" w14:textId="77777777" w:rsidR="00E44869" w:rsidRDefault="00000000">
            <w:r>
              <w:rPr>
                <w:b/>
                <w:sz w:val="18"/>
              </w:rPr>
              <w:t>Adresa</w:t>
            </w:r>
          </w:p>
        </w:tc>
        <w:tc>
          <w:tcPr>
            <w:tcW w:w="5433" w:type="dxa"/>
            <w:vAlign w:val="center"/>
          </w:tcPr>
          <w:p w14:paraId="7BB4C66D" w14:textId="0B6B47D7" w:rsidR="00E44869" w:rsidRDefault="00E44869"/>
        </w:tc>
      </w:tr>
    </w:tbl>
    <w:p w14:paraId="1EEB341A" w14:textId="77777777" w:rsidR="00E44869" w:rsidRDefault="00E44869"/>
    <w:p w14:paraId="403A9DAA" w14:textId="77777777" w:rsidR="00E44869" w:rsidRDefault="00000000">
      <w:pPr>
        <w:pStyle w:val="Nadpis2"/>
      </w:pPr>
      <w:r>
        <w:t>3. Údaje o objednávce</w:t>
      </w:r>
    </w:p>
    <w:tbl>
      <w:tblPr>
        <w:tblStyle w:val="Mkatabulky"/>
        <w:tblW w:w="10556" w:type="dxa"/>
        <w:jc w:val="center"/>
        <w:tblLook w:val="04A0" w:firstRow="1" w:lastRow="0" w:firstColumn="1" w:lastColumn="0" w:noHBand="0" w:noVBand="1"/>
      </w:tblPr>
      <w:tblGrid>
        <w:gridCol w:w="5124"/>
        <w:gridCol w:w="5432"/>
      </w:tblGrid>
      <w:tr w:rsidR="00E44869" w14:paraId="70B2F4D1" w14:textId="77777777" w:rsidTr="0091493F">
        <w:trPr>
          <w:trHeight w:val="341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23BF62E5" w14:textId="77777777" w:rsidR="00E44869" w:rsidRDefault="00000000">
            <w:r>
              <w:rPr>
                <w:b/>
                <w:sz w:val="18"/>
              </w:rPr>
              <w:t>Číslo objednávky</w:t>
            </w:r>
          </w:p>
        </w:tc>
        <w:tc>
          <w:tcPr>
            <w:tcW w:w="5432" w:type="dxa"/>
            <w:vAlign w:val="center"/>
          </w:tcPr>
          <w:p w14:paraId="0041A065" w14:textId="64467013" w:rsidR="00E44869" w:rsidRDefault="00E44869"/>
        </w:tc>
      </w:tr>
      <w:tr w:rsidR="00E44869" w14:paraId="0A38E5F7" w14:textId="77777777" w:rsidTr="0091493F">
        <w:trPr>
          <w:trHeight w:val="368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1C66E3A0" w14:textId="77777777" w:rsidR="00E44869" w:rsidRDefault="00000000">
            <w:r>
              <w:rPr>
                <w:b/>
                <w:sz w:val="18"/>
              </w:rPr>
              <w:t>Datum objednání</w:t>
            </w:r>
          </w:p>
        </w:tc>
        <w:tc>
          <w:tcPr>
            <w:tcW w:w="5432" w:type="dxa"/>
            <w:vAlign w:val="center"/>
          </w:tcPr>
          <w:p w14:paraId="32372FFE" w14:textId="3DE5CD69" w:rsidR="00E44869" w:rsidRDefault="00E44869"/>
        </w:tc>
      </w:tr>
      <w:tr w:rsidR="00E44869" w14:paraId="0ED30684" w14:textId="77777777" w:rsidTr="0091493F">
        <w:trPr>
          <w:trHeight w:val="341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43DADB2B" w14:textId="77777777" w:rsidR="00E44869" w:rsidRDefault="00000000">
            <w:r>
              <w:rPr>
                <w:b/>
                <w:sz w:val="18"/>
              </w:rPr>
              <w:t>Datum převzetí zboží</w:t>
            </w:r>
          </w:p>
        </w:tc>
        <w:tc>
          <w:tcPr>
            <w:tcW w:w="5432" w:type="dxa"/>
            <w:vAlign w:val="center"/>
          </w:tcPr>
          <w:p w14:paraId="3E16E16E" w14:textId="351691D8" w:rsidR="00E44869" w:rsidRDefault="00E44869"/>
        </w:tc>
      </w:tr>
      <w:tr w:rsidR="00E44869" w14:paraId="0510605B" w14:textId="77777777" w:rsidTr="0091493F">
        <w:trPr>
          <w:trHeight w:val="840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50ADA95A" w14:textId="77777777" w:rsidR="00E44869" w:rsidRDefault="00000000">
            <w:r>
              <w:rPr>
                <w:b/>
                <w:sz w:val="18"/>
              </w:rPr>
              <w:t>Způsob úhrady objednávky</w:t>
            </w:r>
          </w:p>
        </w:tc>
        <w:tc>
          <w:tcPr>
            <w:tcW w:w="5432" w:type="dxa"/>
            <w:vAlign w:val="center"/>
          </w:tcPr>
          <w:p w14:paraId="79870457" w14:textId="77777777" w:rsidR="007C7E3F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☐ karta  </w:t>
            </w:r>
          </w:p>
          <w:p w14:paraId="66DEB515" w14:textId="1BB8BF8A" w:rsidR="007C7E3F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☐ </w:t>
            </w:r>
            <w:r w:rsidR="007C7E3F">
              <w:rPr>
                <w:sz w:val="18"/>
              </w:rPr>
              <w:t xml:space="preserve">bankovní </w:t>
            </w:r>
            <w:r>
              <w:rPr>
                <w:sz w:val="18"/>
              </w:rPr>
              <w:t xml:space="preserve">převod  </w:t>
            </w:r>
          </w:p>
          <w:p w14:paraId="0C1D2392" w14:textId="77777777" w:rsidR="007C7E3F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☐ Apple </w:t>
            </w:r>
            <w:proofErr w:type="spellStart"/>
            <w:r>
              <w:rPr>
                <w:sz w:val="18"/>
              </w:rPr>
              <w:t>Pay</w:t>
            </w:r>
            <w:proofErr w:type="spellEnd"/>
            <w:r>
              <w:rPr>
                <w:sz w:val="18"/>
              </w:rPr>
              <w:t xml:space="preserve">  </w:t>
            </w:r>
          </w:p>
          <w:p w14:paraId="3AFB3D27" w14:textId="77777777" w:rsidR="007C7E3F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☐ Google </w:t>
            </w:r>
            <w:proofErr w:type="spellStart"/>
            <w:r>
              <w:rPr>
                <w:sz w:val="18"/>
              </w:rPr>
              <w:t>Pay</w:t>
            </w:r>
            <w:proofErr w:type="spellEnd"/>
            <w:r>
              <w:rPr>
                <w:sz w:val="18"/>
              </w:rPr>
              <w:t xml:space="preserve">  </w:t>
            </w:r>
          </w:p>
          <w:p w14:paraId="041CDE16" w14:textId="77777777" w:rsidR="007C7E3F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☐ dárkový poukaz  </w:t>
            </w:r>
          </w:p>
          <w:p w14:paraId="3146D2C3" w14:textId="45F2DDD2" w:rsidR="00E44869" w:rsidRDefault="00000000">
            <w:r>
              <w:rPr>
                <w:sz w:val="18"/>
              </w:rPr>
              <w:t>☐ kombinace</w:t>
            </w:r>
            <w:r w:rsidR="007C7E3F">
              <w:rPr>
                <w:sz w:val="18"/>
              </w:rPr>
              <w:t xml:space="preserve"> poukazu a peněžního doplatku</w:t>
            </w:r>
          </w:p>
        </w:tc>
      </w:tr>
      <w:tr w:rsidR="00E44869" w14:paraId="64EC54EF" w14:textId="77777777" w:rsidTr="0091493F">
        <w:trPr>
          <w:trHeight w:val="761"/>
          <w:jc w:val="center"/>
        </w:trPr>
        <w:tc>
          <w:tcPr>
            <w:tcW w:w="5124" w:type="dxa"/>
            <w:shd w:val="clear" w:color="auto" w:fill="FBEAEA"/>
            <w:vAlign w:val="center"/>
          </w:tcPr>
          <w:p w14:paraId="604D2A8B" w14:textId="77777777" w:rsidR="00E44869" w:rsidRDefault="00000000">
            <w:r>
              <w:rPr>
                <w:b/>
                <w:sz w:val="18"/>
              </w:rPr>
              <w:t>Byl použit dárkový poukaz?</w:t>
            </w:r>
          </w:p>
        </w:tc>
        <w:tc>
          <w:tcPr>
            <w:tcW w:w="5432" w:type="dxa"/>
            <w:vAlign w:val="center"/>
          </w:tcPr>
          <w:p w14:paraId="5A040823" w14:textId="77777777" w:rsidR="007C7E3F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☐ Ne  </w:t>
            </w:r>
          </w:p>
          <w:p w14:paraId="0B660C23" w14:textId="18F71597" w:rsidR="00E44869" w:rsidRDefault="00000000">
            <w:r>
              <w:rPr>
                <w:sz w:val="18"/>
              </w:rPr>
              <w:t xml:space="preserve">☐ Ano, kód poukazu: </w:t>
            </w:r>
          </w:p>
        </w:tc>
      </w:tr>
    </w:tbl>
    <w:p w14:paraId="598333D5" w14:textId="77777777" w:rsidR="00E44869" w:rsidRDefault="00E44869"/>
    <w:p w14:paraId="19685882" w14:textId="77777777" w:rsidR="00E44869" w:rsidRDefault="00000000">
      <w:pPr>
        <w:pStyle w:val="Nadpis2"/>
      </w:pPr>
      <w:r>
        <w:t>4. Vracené nebo měněné zboží</w:t>
      </w:r>
    </w:p>
    <w:tbl>
      <w:tblPr>
        <w:tblStyle w:val="Mkatabulky"/>
        <w:tblW w:w="10587" w:type="dxa"/>
        <w:jc w:val="center"/>
        <w:tblLook w:val="04A0" w:firstRow="1" w:lastRow="0" w:firstColumn="1" w:lastColumn="0" w:noHBand="0" w:noVBand="1"/>
      </w:tblPr>
      <w:tblGrid>
        <w:gridCol w:w="5139"/>
        <w:gridCol w:w="5448"/>
      </w:tblGrid>
      <w:tr w:rsidR="00E44869" w14:paraId="5FCDD9F2" w14:textId="77777777" w:rsidTr="0091493F">
        <w:trPr>
          <w:trHeight w:val="372"/>
          <w:jc w:val="center"/>
        </w:trPr>
        <w:tc>
          <w:tcPr>
            <w:tcW w:w="5139" w:type="dxa"/>
            <w:shd w:val="clear" w:color="auto" w:fill="FBEAEA"/>
            <w:vAlign w:val="center"/>
          </w:tcPr>
          <w:p w14:paraId="53183CCE" w14:textId="77777777" w:rsidR="00E44869" w:rsidRDefault="00000000">
            <w:r>
              <w:rPr>
                <w:b/>
                <w:sz w:val="18"/>
              </w:rPr>
              <w:t>Název zboží / kód produktu</w:t>
            </w:r>
          </w:p>
        </w:tc>
        <w:tc>
          <w:tcPr>
            <w:tcW w:w="5448" w:type="dxa"/>
            <w:vAlign w:val="center"/>
          </w:tcPr>
          <w:p w14:paraId="63E192E9" w14:textId="1998E0DC" w:rsidR="00E44869" w:rsidRDefault="00E44869"/>
        </w:tc>
      </w:tr>
      <w:tr w:rsidR="00E44869" w14:paraId="7753130B" w14:textId="77777777" w:rsidTr="0091493F">
        <w:trPr>
          <w:trHeight w:val="401"/>
          <w:jc w:val="center"/>
        </w:trPr>
        <w:tc>
          <w:tcPr>
            <w:tcW w:w="5139" w:type="dxa"/>
            <w:shd w:val="clear" w:color="auto" w:fill="FBEAEA"/>
            <w:vAlign w:val="center"/>
          </w:tcPr>
          <w:p w14:paraId="772F08EE" w14:textId="77777777" w:rsidR="00E44869" w:rsidRDefault="00000000">
            <w:r>
              <w:rPr>
                <w:b/>
                <w:sz w:val="18"/>
              </w:rPr>
              <w:t>Velikost / varianta</w:t>
            </w:r>
          </w:p>
        </w:tc>
        <w:tc>
          <w:tcPr>
            <w:tcW w:w="5448" w:type="dxa"/>
            <w:vAlign w:val="center"/>
          </w:tcPr>
          <w:p w14:paraId="62768181" w14:textId="2A072DA4" w:rsidR="00E44869" w:rsidRDefault="00E44869"/>
        </w:tc>
      </w:tr>
      <w:tr w:rsidR="00E44869" w14:paraId="6483C9FC" w14:textId="77777777" w:rsidTr="0091493F">
        <w:trPr>
          <w:trHeight w:val="372"/>
          <w:jc w:val="center"/>
        </w:trPr>
        <w:tc>
          <w:tcPr>
            <w:tcW w:w="5139" w:type="dxa"/>
            <w:shd w:val="clear" w:color="auto" w:fill="FBEAEA"/>
            <w:vAlign w:val="center"/>
          </w:tcPr>
          <w:p w14:paraId="490E7D63" w14:textId="77777777" w:rsidR="00E44869" w:rsidRDefault="00000000">
            <w:r>
              <w:rPr>
                <w:b/>
                <w:sz w:val="18"/>
              </w:rPr>
              <w:t>Počet kusů</w:t>
            </w:r>
          </w:p>
        </w:tc>
        <w:tc>
          <w:tcPr>
            <w:tcW w:w="5448" w:type="dxa"/>
            <w:vAlign w:val="center"/>
          </w:tcPr>
          <w:p w14:paraId="4BED2A7D" w14:textId="7F524F1C" w:rsidR="00E44869" w:rsidRDefault="00E44869"/>
        </w:tc>
      </w:tr>
      <w:tr w:rsidR="00E44869" w14:paraId="6EE6FBF5" w14:textId="77777777" w:rsidTr="0091493F">
        <w:trPr>
          <w:trHeight w:val="401"/>
          <w:jc w:val="center"/>
        </w:trPr>
        <w:tc>
          <w:tcPr>
            <w:tcW w:w="5139" w:type="dxa"/>
            <w:shd w:val="clear" w:color="auto" w:fill="FBEAEA"/>
            <w:vAlign w:val="center"/>
          </w:tcPr>
          <w:p w14:paraId="2EE8BAD0" w14:textId="77777777" w:rsidR="00E44869" w:rsidRDefault="00000000">
            <w:r>
              <w:rPr>
                <w:b/>
                <w:sz w:val="18"/>
              </w:rPr>
              <w:t>Cena vraceného zboží</w:t>
            </w:r>
          </w:p>
        </w:tc>
        <w:tc>
          <w:tcPr>
            <w:tcW w:w="5448" w:type="dxa"/>
            <w:vAlign w:val="center"/>
          </w:tcPr>
          <w:p w14:paraId="3153977A" w14:textId="2C490605" w:rsidR="00E44869" w:rsidRDefault="00E44869"/>
        </w:tc>
      </w:tr>
    </w:tbl>
    <w:p w14:paraId="2E5CE1A3" w14:textId="77777777" w:rsidR="00E44869" w:rsidRDefault="00E44869"/>
    <w:p w14:paraId="3C48F8D1" w14:textId="77777777" w:rsidR="00E44869" w:rsidRDefault="00000000">
      <w:pPr>
        <w:pStyle w:val="Nadpis2"/>
      </w:pPr>
      <w:r>
        <w:lastRenderedPageBreak/>
        <w:t>5. Důvod vrácení nebo výměny – nepovinné</w:t>
      </w:r>
    </w:p>
    <w:p w14:paraId="567E3228" w14:textId="77777777" w:rsidR="00E44869" w:rsidRDefault="00000000">
      <w:r>
        <w:t>☐ Nesedí velikost   ☐ Nesedí střih   ☐ Nevyhovuje materiál   ☐ Jiný důvod: ........................................................</w:t>
      </w:r>
    </w:p>
    <w:p w14:paraId="42570644" w14:textId="77777777" w:rsidR="00E44869" w:rsidRDefault="00000000">
      <w:pPr>
        <w:pStyle w:val="Nadpis2"/>
      </w:pPr>
      <w:r>
        <w:t>6. Vyplňte pouze při výměně</w:t>
      </w:r>
    </w:p>
    <w:tbl>
      <w:tblPr>
        <w:tblStyle w:val="Mkatabulky"/>
        <w:tblW w:w="10542" w:type="dxa"/>
        <w:jc w:val="center"/>
        <w:tblLook w:val="04A0" w:firstRow="1" w:lastRow="0" w:firstColumn="1" w:lastColumn="0" w:noHBand="0" w:noVBand="1"/>
      </w:tblPr>
      <w:tblGrid>
        <w:gridCol w:w="5117"/>
        <w:gridCol w:w="5425"/>
      </w:tblGrid>
      <w:tr w:rsidR="00E44869" w14:paraId="2F87CA00" w14:textId="77777777" w:rsidTr="0091493F">
        <w:trPr>
          <w:trHeight w:val="385"/>
          <w:jc w:val="center"/>
        </w:trPr>
        <w:tc>
          <w:tcPr>
            <w:tcW w:w="5117" w:type="dxa"/>
            <w:shd w:val="clear" w:color="auto" w:fill="FBEAEA"/>
            <w:vAlign w:val="center"/>
          </w:tcPr>
          <w:p w14:paraId="1F984176" w14:textId="77777777" w:rsidR="00E44869" w:rsidRDefault="00000000">
            <w:r>
              <w:rPr>
                <w:b/>
                <w:sz w:val="18"/>
              </w:rPr>
              <w:t>Požadovaná nová velikost / varianta</w:t>
            </w:r>
          </w:p>
        </w:tc>
        <w:tc>
          <w:tcPr>
            <w:tcW w:w="5425" w:type="dxa"/>
            <w:vAlign w:val="center"/>
          </w:tcPr>
          <w:p w14:paraId="2F140EC8" w14:textId="0ABA6889" w:rsidR="00E44869" w:rsidRDefault="00E44869"/>
        </w:tc>
      </w:tr>
      <w:tr w:rsidR="00E44869" w14:paraId="47D17B8E" w14:textId="77777777" w:rsidTr="0091493F">
        <w:trPr>
          <w:trHeight w:val="799"/>
          <w:jc w:val="center"/>
        </w:trPr>
        <w:tc>
          <w:tcPr>
            <w:tcW w:w="5117" w:type="dxa"/>
            <w:shd w:val="clear" w:color="auto" w:fill="FBEAEA"/>
            <w:vAlign w:val="center"/>
          </w:tcPr>
          <w:p w14:paraId="075D3673" w14:textId="77777777" w:rsidR="00E44869" w:rsidRDefault="00000000">
            <w:r>
              <w:rPr>
                <w:b/>
                <w:sz w:val="18"/>
              </w:rPr>
              <w:t>Náhradní zboží, pokud požadovaná varianta nebude dostupná</w:t>
            </w:r>
          </w:p>
        </w:tc>
        <w:tc>
          <w:tcPr>
            <w:tcW w:w="5425" w:type="dxa"/>
            <w:vAlign w:val="center"/>
          </w:tcPr>
          <w:p w14:paraId="1DFE8217" w14:textId="75B3DA25" w:rsidR="00E44869" w:rsidRDefault="00E44869"/>
        </w:tc>
      </w:tr>
    </w:tbl>
    <w:p w14:paraId="4A7DD033" w14:textId="77777777" w:rsidR="00E44869" w:rsidRDefault="00E44869"/>
    <w:p w14:paraId="57A917A8" w14:textId="77777777" w:rsidR="00E44869" w:rsidRDefault="00000000">
      <w:pPr>
        <w:pStyle w:val="Nadpis2"/>
      </w:pPr>
      <w:r>
        <w:t>7. Vrácení platby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013"/>
        <w:gridCol w:w="5289"/>
      </w:tblGrid>
      <w:tr w:rsidR="00E44869" w14:paraId="7824CC93" w14:textId="77777777" w:rsidTr="0091493F">
        <w:trPr>
          <w:trHeight w:val="944"/>
          <w:jc w:val="center"/>
        </w:trPr>
        <w:tc>
          <w:tcPr>
            <w:tcW w:w="5110" w:type="dxa"/>
            <w:shd w:val="clear" w:color="auto" w:fill="FBEAEA"/>
            <w:vAlign w:val="center"/>
          </w:tcPr>
          <w:p w14:paraId="0CFD6DCA" w14:textId="7A719FEC" w:rsidR="00E44869" w:rsidRDefault="00000000">
            <w:r>
              <w:rPr>
                <w:b/>
                <w:sz w:val="18"/>
              </w:rPr>
              <w:t xml:space="preserve">Číslo bankovního účtu, </w:t>
            </w:r>
            <w:r w:rsidR="00E70AA4">
              <w:rPr>
                <w:b/>
                <w:sz w:val="18"/>
              </w:rPr>
              <w:t>kam se budou peníze vracet</w:t>
            </w:r>
          </w:p>
        </w:tc>
        <w:tc>
          <w:tcPr>
            <w:tcW w:w="5418" w:type="dxa"/>
            <w:vAlign w:val="center"/>
          </w:tcPr>
          <w:p w14:paraId="7169851E" w14:textId="67B8A616" w:rsidR="00E44869" w:rsidRDefault="00E44869"/>
        </w:tc>
      </w:tr>
      <w:tr w:rsidR="00E44869" w14:paraId="13E7C274" w14:textId="77777777" w:rsidTr="0091493F">
        <w:trPr>
          <w:trHeight w:val="454"/>
          <w:jc w:val="center"/>
        </w:trPr>
        <w:tc>
          <w:tcPr>
            <w:tcW w:w="5110" w:type="dxa"/>
            <w:shd w:val="clear" w:color="auto" w:fill="FBEAEA"/>
            <w:vAlign w:val="center"/>
          </w:tcPr>
          <w:p w14:paraId="36C92D32" w14:textId="77777777" w:rsidR="00E44869" w:rsidRDefault="00000000">
            <w:r>
              <w:rPr>
                <w:b/>
                <w:sz w:val="18"/>
              </w:rPr>
              <w:t>Poznámka k platbě / poukazu</w:t>
            </w:r>
          </w:p>
        </w:tc>
        <w:tc>
          <w:tcPr>
            <w:tcW w:w="5418" w:type="dxa"/>
            <w:vAlign w:val="center"/>
          </w:tcPr>
          <w:p w14:paraId="5ED7B280" w14:textId="76E26E91" w:rsidR="00E44869" w:rsidRDefault="00E44869"/>
        </w:tc>
      </w:tr>
    </w:tbl>
    <w:p w14:paraId="3D1B8979" w14:textId="77777777" w:rsidR="00E44869" w:rsidRDefault="00E44869"/>
    <w:p w14:paraId="6475BCAC" w14:textId="77777777" w:rsidR="00E44869" w:rsidRDefault="00000000">
      <w:pPr>
        <w:pStyle w:val="Nadpis2"/>
      </w:pPr>
      <w:r>
        <w:t>8. Prohlášení kupujícího</w:t>
      </w:r>
    </w:p>
    <w:p w14:paraId="13D40AE6" w14:textId="77777777" w:rsidR="00E44869" w:rsidRDefault="00000000">
      <w:r>
        <w:t>☐ Beru na vědomí, že při běžném vrácení zboží do 14 dnů hradím náklady na zaslání zboží zpět prodávajícímu.</w:t>
      </w:r>
    </w:p>
    <w:p w14:paraId="48B2C90F" w14:textId="77777777" w:rsidR="00E44869" w:rsidRDefault="00000000">
      <w:r>
        <w:t>☐ Beru na vědomí, že při výměně zboží hradím zaslání původního zboží zpět prodávajícímu i opětovné zaslání vyměněného zboží ke mně, není-li dohodnuto jinak.</w:t>
      </w:r>
    </w:p>
    <w:p w14:paraId="0DD82470" w14:textId="77777777" w:rsidR="00E44869" w:rsidRDefault="00000000">
      <w:r>
        <w:t>☐ Beru na vědomí, že zboží nemá být zasíláno na dobírku; zásilky na dobírku prodávající nepřebírá.</w:t>
      </w:r>
    </w:p>
    <w:p w14:paraId="37FA83F3" w14:textId="77777777" w:rsidR="00E44869" w:rsidRDefault="00000000">
      <w:r>
        <w:t>☐ Potvrzuji, že zboží vracím čisté, nepoškozené, nevyprané, nenošené, bez zápachu a s visačkami a příslušenstvím, pokud je to možné.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008"/>
        <w:gridCol w:w="5294"/>
      </w:tblGrid>
      <w:tr w:rsidR="00E44869" w14:paraId="5FB9CB5E" w14:textId="77777777" w:rsidTr="0091493F">
        <w:trPr>
          <w:trHeight w:val="449"/>
          <w:jc w:val="center"/>
        </w:trPr>
        <w:tc>
          <w:tcPr>
            <w:tcW w:w="5102" w:type="dxa"/>
            <w:shd w:val="clear" w:color="auto" w:fill="FBEAEA"/>
            <w:vAlign w:val="center"/>
          </w:tcPr>
          <w:p w14:paraId="20A4E203" w14:textId="77777777" w:rsidR="00E44869" w:rsidRDefault="00000000">
            <w:r>
              <w:rPr>
                <w:b/>
                <w:sz w:val="18"/>
              </w:rPr>
              <w:t>Datum</w:t>
            </w:r>
          </w:p>
        </w:tc>
        <w:tc>
          <w:tcPr>
            <w:tcW w:w="5418" w:type="dxa"/>
            <w:vAlign w:val="center"/>
          </w:tcPr>
          <w:p w14:paraId="707F53AB" w14:textId="4F6BD54B" w:rsidR="00E44869" w:rsidRDefault="00E44869"/>
        </w:tc>
      </w:tr>
      <w:tr w:rsidR="00E44869" w14:paraId="264F4D10" w14:textId="77777777" w:rsidTr="0091493F">
        <w:trPr>
          <w:trHeight w:val="934"/>
          <w:jc w:val="center"/>
        </w:trPr>
        <w:tc>
          <w:tcPr>
            <w:tcW w:w="5102" w:type="dxa"/>
            <w:shd w:val="clear" w:color="auto" w:fill="FBEAEA"/>
            <w:vAlign w:val="center"/>
          </w:tcPr>
          <w:p w14:paraId="75BBC5EA" w14:textId="77777777" w:rsidR="00E44869" w:rsidRDefault="00000000">
            <w:r>
              <w:rPr>
                <w:b/>
                <w:sz w:val="18"/>
              </w:rPr>
              <w:t>Podpis kupujícího, pokud je formulář zasílán v listinné podobě</w:t>
            </w:r>
          </w:p>
        </w:tc>
        <w:tc>
          <w:tcPr>
            <w:tcW w:w="5418" w:type="dxa"/>
            <w:vAlign w:val="center"/>
          </w:tcPr>
          <w:p w14:paraId="3FA48A02" w14:textId="7EDB6692" w:rsidR="00E44869" w:rsidRDefault="00E44869"/>
        </w:tc>
      </w:tr>
    </w:tbl>
    <w:p w14:paraId="4B4C2C96" w14:textId="77777777" w:rsidR="00E44869" w:rsidRDefault="00E44869"/>
    <w:p w14:paraId="44576529" w14:textId="77777777" w:rsidR="00E44869" w:rsidRDefault="00000000">
      <w:r>
        <w:br/>
      </w:r>
    </w:p>
    <w:p w14:paraId="0E751217" w14:textId="77777777" w:rsidR="0091493F" w:rsidRDefault="0091493F">
      <w:pPr>
        <w:pStyle w:val="Nadpis1"/>
      </w:pPr>
    </w:p>
    <w:p w14:paraId="0F2CE87B" w14:textId="77777777" w:rsidR="0091493F" w:rsidRDefault="0091493F">
      <w:pPr>
        <w:pStyle w:val="Nadpis1"/>
      </w:pPr>
    </w:p>
    <w:p w14:paraId="3005DC47" w14:textId="77777777" w:rsidR="0091493F" w:rsidRPr="0091493F" w:rsidRDefault="0091493F" w:rsidP="0091493F"/>
    <w:sectPr w:rsidR="0091493F" w:rsidRPr="0091493F" w:rsidSect="00034616">
      <w:footerReference w:type="default" r:id="rId8"/>
      <w:pgSz w:w="12240" w:h="15840"/>
      <w:pgMar w:top="1020" w:right="964" w:bottom="102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07883" w14:textId="77777777" w:rsidR="001A4FC6" w:rsidRDefault="001A4FC6">
      <w:pPr>
        <w:spacing w:after="0" w:line="240" w:lineRule="auto"/>
      </w:pPr>
      <w:r>
        <w:separator/>
      </w:r>
    </w:p>
  </w:endnote>
  <w:endnote w:type="continuationSeparator" w:id="0">
    <w:p w14:paraId="523B67A0" w14:textId="77777777" w:rsidR="001A4FC6" w:rsidRDefault="001A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A9A87" w14:textId="77777777" w:rsidR="00E44869" w:rsidRDefault="00000000">
    <w:pPr>
      <w:pStyle w:val="Zpat"/>
      <w:jc w:val="center"/>
    </w:pPr>
    <w:r>
      <w:t>www.venikafashion.cz | info@venikafashion.cz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3711" w14:textId="77777777" w:rsidR="001A4FC6" w:rsidRDefault="001A4FC6">
      <w:pPr>
        <w:spacing w:after="0" w:line="240" w:lineRule="auto"/>
      </w:pPr>
      <w:r>
        <w:separator/>
      </w:r>
    </w:p>
  </w:footnote>
  <w:footnote w:type="continuationSeparator" w:id="0">
    <w:p w14:paraId="549F6BF3" w14:textId="77777777" w:rsidR="001A4FC6" w:rsidRDefault="001A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41245">
    <w:abstractNumId w:val="8"/>
  </w:num>
  <w:num w:numId="2" w16cid:durableId="1166822755">
    <w:abstractNumId w:val="6"/>
  </w:num>
  <w:num w:numId="3" w16cid:durableId="1468159051">
    <w:abstractNumId w:val="5"/>
  </w:num>
  <w:num w:numId="4" w16cid:durableId="854730991">
    <w:abstractNumId w:val="4"/>
  </w:num>
  <w:num w:numId="5" w16cid:durableId="1706785535">
    <w:abstractNumId w:val="7"/>
  </w:num>
  <w:num w:numId="6" w16cid:durableId="22480905">
    <w:abstractNumId w:val="3"/>
  </w:num>
  <w:num w:numId="7" w16cid:durableId="1980573750">
    <w:abstractNumId w:val="2"/>
  </w:num>
  <w:num w:numId="8" w16cid:durableId="1432243835">
    <w:abstractNumId w:val="1"/>
  </w:num>
  <w:num w:numId="9" w16cid:durableId="53431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66B"/>
    <w:rsid w:val="00034616"/>
    <w:rsid w:val="0006063C"/>
    <w:rsid w:val="0015074B"/>
    <w:rsid w:val="001A4FC6"/>
    <w:rsid w:val="001B5591"/>
    <w:rsid w:val="0029639D"/>
    <w:rsid w:val="00326F90"/>
    <w:rsid w:val="007C7E3F"/>
    <w:rsid w:val="007F6CED"/>
    <w:rsid w:val="00857F3C"/>
    <w:rsid w:val="0091493F"/>
    <w:rsid w:val="009F4E7B"/>
    <w:rsid w:val="00AA1D8D"/>
    <w:rsid w:val="00B47730"/>
    <w:rsid w:val="00CB0664"/>
    <w:rsid w:val="00D90E25"/>
    <w:rsid w:val="00E44869"/>
    <w:rsid w:val="00E56436"/>
    <w:rsid w:val="00E70AA4"/>
    <w:rsid w:val="00F464BD"/>
    <w:rsid w:val="00FA2728"/>
    <w:rsid w:val="00FA7A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2AFC4"/>
  <w14:defaultImageDpi w14:val="300"/>
  <w15:docId w15:val="{EE437801-A8E8-A847-A2DE-33B1702C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eastAsia="Arial" w:hAnsi="Arial"/>
      <w:sz w:val="20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Veronika Sedláková</cp:lastModifiedBy>
  <cp:revision>7</cp:revision>
  <dcterms:created xsi:type="dcterms:W3CDTF">2026-05-24T15:04:00Z</dcterms:created>
  <dcterms:modified xsi:type="dcterms:W3CDTF">2026-05-25T10:31:00Z</dcterms:modified>
  <cp:category/>
</cp:coreProperties>
</file>